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C5A53" w14:textId="77777777" w:rsidR="00886BF4" w:rsidRDefault="00886BF4">
      <w:pPr>
        <w:spacing w:after="80"/>
        <w:rPr>
          <w:color w:val="464646"/>
          <w:sz w:val="17"/>
        </w:rPr>
      </w:pPr>
    </w:p>
    <w:p w14:paraId="2DB0DAEC" w14:textId="4EC67749" w:rsidR="00886BF4" w:rsidRDefault="00886BF4">
      <w:pPr>
        <w:spacing w:after="80"/>
        <w:rPr>
          <w:color w:val="464646"/>
          <w:sz w:val="17"/>
        </w:rPr>
      </w:pPr>
      <w:r>
        <w:rPr>
          <w:noProof/>
          <w:color w:val="464646"/>
          <w:sz w:val="17"/>
        </w:rPr>
        <w:drawing>
          <wp:inline distT="0" distB="0" distL="0" distR="0" wp14:anchorId="2EDB1DF0" wp14:editId="4C5BF0B6">
            <wp:extent cx="1659786" cy="314325"/>
            <wp:effectExtent l="0" t="0" r="0" b="0"/>
            <wp:docPr id="613907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907962" name="Picture 61390796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6322" cy="31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C6394" w14:textId="77777777" w:rsidR="00886BF4" w:rsidRDefault="00886BF4">
      <w:pPr>
        <w:spacing w:after="80"/>
        <w:rPr>
          <w:color w:val="464646"/>
          <w:sz w:val="17"/>
        </w:rPr>
      </w:pPr>
    </w:p>
    <w:p w14:paraId="345748AC" w14:textId="77777777" w:rsidR="00886BF4" w:rsidRDefault="00886BF4">
      <w:pPr>
        <w:spacing w:after="80"/>
        <w:rPr>
          <w:color w:val="464646"/>
          <w:sz w:val="17"/>
        </w:rPr>
      </w:pPr>
    </w:p>
    <w:p w14:paraId="564D2BEA" w14:textId="699AA69E" w:rsidR="001D3810" w:rsidRDefault="00886BF4">
      <w:pPr>
        <w:spacing w:after="80"/>
        <w:rPr>
          <w:sz w:val="48"/>
          <w:szCs w:val="48"/>
          <w:lang w:val="lt-LT"/>
        </w:rPr>
      </w:pPr>
      <w:r w:rsidRPr="001D3810">
        <w:rPr>
          <w:sz w:val="48"/>
          <w:szCs w:val="48"/>
        </w:rPr>
        <w:t>Gr</w:t>
      </w:r>
      <w:proofErr w:type="spellStart"/>
      <w:r w:rsidRPr="001D3810">
        <w:rPr>
          <w:sz w:val="48"/>
          <w:szCs w:val="48"/>
          <w:lang w:val="lt-LT"/>
        </w:rPr>
        <w:t>ąžinimo</w:t>
      </w:r>
      <w:proofErr w:type="spellEnd"/>
      <w:r w:rsidRPr="001D3810">
        <w:rPr>
          <w:sz w:val="48"/>
          <w:szCs w:val="48"/>
          <w:lang w:val="lt-LT"/>
        </w:rPr>
        <w:t xml:space="preserve"> formą</w:t>
      </w:r>
    </w:p>
    <w:p w14:paraId="59932A86" w14:textId="77777777" w:rsidR="00BA6CD5" w:rsidRPr="00BA6CD5" w:rsidRDefault="00BA6CD5">
      <w:pPr>
        <w:spacing w:after="80"/>
        <w:rPr>
          <w:sz w:val="24"/>
          <w:szCs w:val="24"/>
          <w:lang w:val="lt-LT"/>
        </w:rPr>
      </w:pPr>
    </w:p>
    <w:p w14:paraId="705B35B5" w14:textId="7330EE24" w:rsidR="00886BF4" w:rsidRPr="001D3810" w:rsidRDefault="001D3810">
      <w:pPr>
        <w:spacing w:after="80"/>
        <w:rPr>
          <w:sz w:val="22"/>
        </w:rPr>
      </w:pPr>
      <w:proofErr w:type="gramStart"/>
      <w:r>
        <w:rPr>
          <w:sz w:val="22"/>
        </w:rPr>
        <w:t>!</w:t>
      </w:r>
      <w:proofErr w:type="spellStart"/>
      <w:r w:rsidRPr="001D3810">
        <w:rPr>
          <w:sz w:val="22"/>
        </w:rPr>
        <w:t>Prieš</w:t>
      </w:r>
      <w:proofErr w:type="spellEnd"/>
      <w:proofErr w:type="gramEnd"/>
      <w:r w:rsidRPr="001D3810">
        <w:rPr>
          <w:sz w:val="22"/>
        </w:rPr>
        <w:t xml:space="preserve"> </w:t>
      </w:r>
      <w:proofErr w:type="spellStart"/>
      <w:r w:rsidRPr="001D3810">
        <w:rPr>
          <w:sz w:val="22"/>
        </w:rPr>
        <w:t>siųsdami</w:t>
      </w:r>
      <w:proofErr w:type="spellEnd"/>
      <w:r w:rsidRPr="001D3810">
        <w:rPr>
          <w:sz w:val="22"/>
        </w:rPr>
        <w:t xml:space="preserve"> </w:t>
      </w:r>
      <w:proofErr w:type="spellStart"/>
      <w:r w:rsidRPr="001D3810">
        <w:rPr>
          <w:sz w:val="22"/>
        </w:rPr>
        <w:t>prekę</w:t>
      </w:r>
      <w:proofErr w:type="spellEnd"/>
      <w:r w:rsidRPr="001D3810">
        <w:rPr>
          <w:sz w:val="22"/>
        </w:rPr>
        <w:t xml:space="preserve">, </w:t>
      </w:r>
      <w:proofErr w:type="spellStart"/>
      <w:r w:rsidRPr="001D3810">
        <w:rPr>
          <w:sz w:val="22"/>
        </w:rPr>
        <w:t>susisiekite</w:t>
      </w:r>
      <w:proofErr w:type="spellEnd"/>
      <w:r w:rsidRPr="001D3810">
        <w:rPr>
          <w:sz w:val="22"/>
        </w:rPr>
        <w:t xml:space="preserve"> el. </w:t>
      </w:r>
      <w:proofErr w:type="spellStart"/>
      <w:r w:rsidRPr="001D3810">
        <w:rPr>
          <w:sz w:val="22"/>
        </w:rPr>
        <w:t>paštu</w:t>
      </w:r>
      <w:proofErr w:type="spellEnd"/>
      <w:r w:rsidRPr="001D3810">
        <w:rPr>
          <w:sz w:val="22"/>
        </w:rPr>
        <w:t xml:space="preserve">: </w:t>
      </w:r>
      <w:proofErr w:type="spellStart"/>
      <w:r w:rsidRPr="001D3810">
        <w:rPr>
          <w:sz w:val="22"/>
        </w:rPr>
        <w:t>info@padelpop.lt</w:t>
      </w:r>
      <w:proofErr w:type="spellEnd"/>
      <w:r w:rsidRPr="001D3810">
        <w:rPr>
          <w:sz w:val="22"/>
        </w:rPr>
        <w:t xml:space="preserve"> | </w:t>
      </w:r>
      <w:proofErr w:type="spellStart"/>
      <w:r w:rsidRPr="001D3810">
        <w:rPr>
          <w:sz w:val="22"/>
        </w:rPr>
        <w:t>Grąžinimo</w:t>
      </w:r>
      <w:proofErr w:type="spellEnd"/>
      <w:r w:rsidRPr="001D3810">
        <w:rPr>
          <w:sz w:val="22"/>
        </w:rPr>
        <w:t xml:space="preserve"> </w:t>
      </w:r>
      <w:proofErr w:type="spellStart"/>
      <w:r w:rsidRPr="001D3810">
        <w:rPr>
          <w:sz w:val="22"/>
        </w:rPr>
        <w:t>siuntimo</w:t>
      </w:r>
      <w:proofErr w:type="spellEnd"/>
      <w:r w:rsidRPr="001D3810">
        <w:rPr>
          <w:sz w:val="22"/>
        </w:rPr>
        <w:t xml:space="preserve"> </w:t>
      </w:r>
      <w:proofErr w:type="spellStart"/>
      <w:r w:rsidRPr="001D3810">
        <w:rPr>
          <w:sz w:val="22"/>
        </w:rPr>
        <w:t>išlaidas</w:t>
      </w:r>
      <w:proofErr w:type="spellEnd"/>
      <w:r w:rsidRPr="001D3810">
        <w:rPr>
          <w:sz w:val="22"/>
        </w:rPr>
        <w:t xml:space="preserve"> </w:t>
      </w:r>
      <w:proofErr w:type="spellStart"/>
      <w:r w:rsidRPr="001D3810">
        <w:rPr>
          <w:sz w:val="22"/>
        </w:rPr>
        <w:t>apmoka</w:t>
      </w:r>
      <w:proofErr w:type="spellEnd"/>
      <w:r w:rsidRPr="001D3810">
        <w:rPr>
          <w:sz w:val="22"/>
        </w:rPr>
        <w:t xml:space="preserve"> </w:t>
      </w:r>
      <w:proofErr w:type="spellStart"/>
      <w:r w:rsidRPr="001D3810">
        <w:rPr>
          <w:sz w:val="22"/>
        </w:rPr>
        <w:t>pirkėjas</w:t>
      </w:r>
      <w:proofErr w:type="spellEnd"/>
      <w:r w:rsidRPr="001D3810">
        <w:rPr>
          <w:sz w:val="22"/>
        </w:rPr>
        <w:t>.</w:t>
      </w:r>
    </w:p>
    <w:p w14:paraId="4CB243C0" w14:textId="77777777" w:rsidR="000B523D" w:rsidRDefault="00000000">
      <w:pPr>
        <w:spacing w:before="100" w:after="40"/>
      </w:pPr>
      <w:r>
        <w:rPr>
          <w:b/>
          <w:color w:val="141414"/>
          <w:sz w:val="21"/>
        </w:rPr>
        <w:t>1. Pirkėjo ir užsakymo informacija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52"/>
        <w:gridCol w:w="6984"/>
      </w:tblGrid>
      <w:tr w:rsidR="000B523D" w14:paraId="1B3CA10D" w14:textId="77777777" w:rsidTr="00BA6CD5">
        <w:trPr>
          <w:trHeight w:val="460"/>
          <w:jc w:val="center"/>
        </w:trPr>
        <w:tc>
          <w:tcPr>
            <w:tcW w:w="2952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6DDDEC9F" w14:textId="77777777" w:rsidR="000B523D" w:rsidRDefault="00000000" w:rsidP="00BA6CD5">
            <w:pPr>
              <w:jc w:val="center"/>
            </w:pPr>
            <w:proofErr w:type="spellStart"/>
            <w:r>
              <w:rPr>
                <w:b/>
                <w:sz w:val="17"/>
              </w:rPr>
              <w:t>Vardas</w:t>
            </w:r>
            <w:proofErr w:type="spellEnd"/>
            <w:r>
              <w:rPr>
                <w:b/>
                <w:sz w:val="17"/>
              </w:rPr>
              <w:t xml:space="preserve">, </w:t>
            </w:r>
            <w:proofErr w:type="spellStart"/>
            <w:r>
              <w:rPr>
                <w:b/>
                <w:sz w:val="17"/>
              </w:rPr>
              <w:t>pavardė</w:t>
            </w:r>
            <w:proofErr w:type="spellEnd"/>
          </w:p>
        </w:tc>
        <w:tc>
          <w:tcPr>
            <w:tcW w:w="6984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75CB81BA" w14:textId="77777777" w:rsidR="000B523D" w:rsidRDefault="000B523D"/>
        </w:tc>
      </w:tr>
      <w:tr w:rsidR="000B523D" w14:paraId="5B041A55" w14:textId="77777777" w:rsidTr="00BA6CD5">
        <w:trPr>
          <w:trHeight w:val="460"/>
          <w:jc w:val="center"/>
        </w:trPr>
        <w:tc>
          <w:tcPr>
            <w:tcW w:w="2952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7FFB3986" w14:textId="77777777" w:rsidR="000B523D" w:rsidRDefault="00000000" w:rsidP="00BA6CD5">
            <w:pPr>
              <w:jc w:val="center"/>
            </w:pPr>
            <w:r>
              <w:rPr>
                <w:b/>
                <w:sz w:val="17"/>
              </w:rPr>
              <w:t>El. paštas</w:t>
            </w:r>
          </w:p>
        </w:tc>
        <w:tc>
          <w:tcPr>
            <w:tcW w:w="6984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63DAC6A9" w14:textId="77777777" w:rsidR="000B523D" w:rsidRDefault="000B523D"/>
        </w:tc>
      </w:tr>
      <w:tr w:rsidR="000B523D" w14:paraId="6D68E156" w14:textId="77777777" w:rsidTr="00BA6CD5">
        <w:trPr>
          <w:trHeight w:val="460"/>
          <w:jc w:val="center"/>
        </w:trPr>
        <w:tc>
          <w:tcPr>
            <w:tcW w:w="2952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47732005" w14:textId="77777777" w:rsidR="000B523D" w:rsidRDefault="00000000" w:rsidP="00BA6CD5">
            <w:pPr>
              <w:jc w:val="center"/>
            </w:pPr>
            <w:r>
              <w:rPr>
                <w:b/>
                <w:sz w:val="17"/>
              </w:rPr>
              <w:t>Telefono numeris</w:t>
            </w:r>
          </w:p>
        </w:tc>
        <w:tc>
          <w:tcPr>
            <w:tcW w:w="6984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26A0444C" w14:textId="77777777" w:rsidR="000B523D" w:rsidRPr="00BA6CD5" w:rsidRDefault="000B523D">
            <w:pPr>
              <w:rPr>
                <w:highlight w:val="black"/>
              </w:rPr>
            </w:pPr>
          </w:p>
        </w:tc>
      </w:tr>
      <w:tr w:rsidR="000B523D" w14:paraId="16904F33" w14:textId="77777777" w:rsidTr="00BA6CD5">
        <w:trPr>
          <w:trHeight w:val="460"/>
          <w:jc w:val="center"/>
        </w:trPr>
        <w:tc>
          <w:tcPr>
            <w:tcW w:w="2952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6B999640" w14:textId="77777777" w:rsidR="000B523D" w:rsidRDefault="00000000" w:rsidP="00BA6CD5">
            <w:pPr>
              <w:jc w:val="center"/>
            </w:pPr>
            <w:proofErr w:type="spellStart"/>
            <w:r>
              <w:rPr>
                <w:b/>
                <w:sz w:val="17"/>
              </w:rPr>
              <w:t>Užsakymo</w:t>
            </w:r>
            <w:proofErr w:type="spellEnd"/>
            <w:r>
              <w:rPr>
                <w:b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numeris</w:t>
            </w:r>
            <w:proofErr w:type="spellEnd"/>
          </w:p>
        </w:tc>
        <w:tc>
          <w:tcPr>
            <w:tcW w:w="6984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7E2618BF" w14:textId="77777777" w:rsidR="000B523D" w:rsidRDefault="000B523D"/>
        </w:tc>
      </w:tr>
    </w:tbl>
    <w:p w14:paraId="22B7A8DA" w14:textId="57BA5136" w:rsidR="000B523D" w:rsidRDefault="00000000">
      <w:pPr>
        <w:spacing w:before="100" w:after="40"/>
        <w:rPr>
          <w:b/>
          <w:color w:val="141414"/>
          <w:sz w:val="21"/>
        </w:rPr>
      </w:pPr>
      <w:r>
        <w:rPr>
          <w:b/>
          <w:color w:val="141414"/>
          <w:sz w:val="21"/>
        </w:rPr>
        <w:t xml:space="preserve">2. </w:t>
      </w:r>
      <w:proofErr w:type="spellStart"/>
      <w:r>
        <w:rPr>
          <w:b/>
          <w:color w:val="141414"/>
          <w:sz w:val="21"/>
        </w:rPr>
        <w:t>Grąžinam</w:t>
      </w:r>
      <w:r w:rsidR="00886BF4">
        <w:rPr>
          <w:b/>
          <w:color w:val="141414"/>
          <w:sz w:val="21"/>
        </w:rPr>
        <w:t>os</w:t>
      </w:r>
      <w:proofErr w:type="spellEnd"/>
      <w:r>
        <w:rPr>
          <w:b/>
          <w:color w:val="141414"/>
          <w:sz w:val="21"/>
        </w:rPr>
        <w:t xml:space="preserve"> </w:t>
      </w:r>
      <w:proofErr w:type="spellStart"/>
      <w:r>
        <w:rPr>
          <w:b/>
          <w:color w:val="141414"/>
          <w:sz w:val="21"/>
        </w:rPr>
        <w:t>prekė</w:t>
      </w:r>
      <w:r w:rsidR="00886BF4">
        <w:rPr>
          <w:b/>
          <w:color w:val="141414"/>
          <w:sz w:val="21"/>
        </w:rPr>
        <w:t>s</w:t>
      </w:r>
      <w:proofErr w:type="spellEnd"/>
    </w:p>
    <w:tbl>
      <w:tblPr>
        <w:tblStyle w:val="TableGrid"/>
        <w:tblW w:w="0" w:type="auto"/>
        <w:tblInd w:w="209" w:type="dxa"/>
        <w:tblLook w:val="04A0" w:firstRow="1" w:lastRow="0" w:firstColumn="1" w:lastColumn="0" w:noHBand="0" w:noVBand="1"/>
      </w:tblPr>
      <w:tblGrid>
        <w:gridCol w:w="456"/>
        <w:gridCol w:w="4961"/>
        <w:gridCol w:w="697"/>
        <w:gridCol w:w="4133"/>
      </w:tblGrid>
      <w:tr w:rsidR="00886BF4" w14:paraId="616A29F1" w14:textId="77777777" w:rsidTr="00BA6CD5">
        <w:tc>
          <w:tcPr>
            <w:tcW w:w="456" w:type="dxa"/>
          </w:tcPr>
          <w:p w14:paraId="159EB225" w14:textId="3D3884DC" w:rsidR="00886BF4" w:rsidRDefault="00886BF4" w:rsidP="00BA6CD5">
            <w:pPr>
              <w:spacing w:before="100" w:after="40"/>
              <w:jc w:val="center"/>
            </w:pPr>
            <w:r>
              <w:t>Nr.</w:t>
            </w:r>
          </w:p>
        </w:tc>
        <w:tc>
          <w:tcPr>
            <w:tcW w:w="4961" w:type="dxa"/>
          </w:tcPr>
          <w:p w14:paraId="0424F270" w14:textId="7FDC23DF" w:rsidR="00886BF4" w:rsidRDefault="00886BF4" w:rsidP="00BA6CD5">
            <w:pPr>
              <w:spacing w:before="100" w:after="40"/>
              <w:jc w:val="center"/>
            </w:pPr>
            <w:proofErr w:type="spellStart"/>
            <w:r>
              <w:t>Prekes</w:t>
            </w:r>
            <w:proofErr w:type="spellEnd"/>
            <w:r>
              <w:t xml:space="preserve"> </w:t>
            </w:r>
            <w:proofErr w:type="spellStart"/>
            <w:r>
              <w:t>Pavadinimas</w:t>
            </w:r>
            <w:proofErr w:type="spellEnd"/>
          </w:p>
        </w:tc>
        <w:tc>
          <w:tcPr>
            <w:tcW w:w="697" w:type="dxa"/>
          </w:tcPr>
          <w:p w14:paraId="1875609F" w14:textId="6CBB697F" w:rsidR="00886BF4" w:rsidRDefault="00886BF4" w:rsidP="00BA6CD5">
            <w:pPr>
              <w:spacing w:before="100" w:after="40"/>
              <w:jc w:val="center"/>
            </w:pPr>
            <w:proofErr w:type="spellStart"/>
            <w:r>
              <w:t>Kiekis</w:t>
            </w:r>
            <w:proofErr w:type="spellEnd"/>
          </w:p>
        </w:tc>
        <w:tc>
          <w:tcPr>
            <w:tcW w:w="4133" w:type="dxa"/>
          </w:tcPr>
          <w:p w14:paraId="6A08747F" w14:textId="3D44E53B" w:rsidR="00886BF4" w:rsidRPr="00886BF4" w:rsidRDefault="00886BF4" w:rsidP="00BA6CD5">
            <w:pPr>
              <w:spacing w:before="100" w:after="40"/>
              <w:jc w:val="center"/>
              <w:rPr>
                <w:lang w:val="lt-LT"/>
              </w:rPr>
            </w:pPr>
            <w:proofErr w:type="spellStart"/>
            <w:r>
              <w:t>Prie</w:t>
            </w:r>
            <w:r>
              <w:rPr>
                <w:lang w:val="lt-LT"/>
              </w:rPr>
              <w:t>žastis</w:t>
            </w:r>
            <w:proofErr w:type="spellEnd"/>
          </w:p>
        </w:tc>
      </w:tr>
      <w:tr w:rsidR="00886BF4" w14:paraId="3290888B" w14:textId="77777777" w:rsidTr="00BA6CD5">
        <w:trPr>
          <w:trHeight w:val="579"/>
        </w:trPr>
        <w:tc>
          <w:tcPr>
            <w:tcW w:w="456" w:type="dxa"/>
          </w:tcPr>
          <w:p w14:paraId="40D7DB6A" w14:textId="77777777" w:rsidR="00886BF4" w:rsidRDefault="00886BF4">
            <w:pPr>
              <w:spacing w:before="100" w:after="40"/>
            </w:pPr>
          </w:p>
        </w:tc>
        <w:tc>
          <w:tcPr>
            <w:tcW w:w="4961" w:type="dxa"/>
          </w:tcPr>
          <w:p w14:paraId="34095BAF" w14:textId="77777777" w:rsidR="00886BF4" w:rsidRDefault="00886BF4">
            <w:pPr>
              <w:spacing w:before="100" w:after="40"/>
            </w:pPr>
          </w:p>
        </w:tc>
        <w:tc>
          <w:tcPr>
            <w:tcW w:w="697" w:type="dxa"/>
          </w:tcPr>
          <w:p w14:paraId="660F0ACF" w14:textId="77777777" w:rsidR="00886BF4" w:rsidRDefault="00886BF4">
            <w:pPr>
              <w:spacing w:before="100" w:after="40"/>
            </w:pPr>
          </w:p>
        </w:tc>
        <w:tc>
          <w:tcPr>
            <w:tcW w:w="4133" w:type="dxa"/>
          </w:tcPr>
          <w:p w14:paraId="6A1E96EA" w14:textId="77777777" w:rsidR="00886BF4" w:rsidRDefault="00886BF4">
            <w:pPr>
              <w:spacing w:before="100" w:after="40"/>
            </w:pPr>
          </w:p>
        </w:tc>
      </w:tr>
      <w:tr w:rsidR="00886BF4" w14:paraId="3782EF53" w14:textId="77777777" w:rsidTr="00BA6CD5">
        <w:trPr>
          <w:trHeight w:val="701"/>
        </w:trPr>
        <w:tc>
          <w:tcPr>
            <w:tcW w:w="456" w:type="dxa"/>
          </w:tcPr>
          <w:p w14:paraId="6DD307CC" w14:textId="77777777" w:rsidR="00886BF4" w:rsidRDefault="00886BF4">
            <w:pPr>
              <w:spacing w:before="100" w:after="40"/>
            </w:pPr>
          </w:p>
        </w:tc>
        <w:tc>
          <w:tcPr>
            <w:tcW w:w="4961" w:type="dxa"/>
          </w:tcPr>
          <w:p w14:paraId="53DF0C01" w14:textId="77777777" w:rsidR="00886BF4" w:rsidRDefault="00886BF4">
            <w:pPr>
              <w:spacing w:before="100" w:after="40"/>
            </w:pPr>
          </w:p>
        </w:tc>
        <w:tc>
          <w:tcPr>
            <w:tcW w:w="697" w:type="dxa"/>
          </w:tcPr>
          <w:p w14:paraId="2EDC559C" w14:textId="77777777" w:rsidR="00886BF4" w:rsidRDefault="00886BF4">
            <w:pPr>
              <w:spacing w:before="100" w:after="40"/>
            </w:pPr>
          </w:p>
        </w:tc>
        <w:tc>
          <w:tcPr>
            <w:tcW w:w="4133" w:type="dxa"/>
          </w:tcPr>
          <w:p w14:paraId="55CD13F1" w14:textId="77777777" w:rsidR="00886BF4" w:rsidRDefault="00886BF4">
            <w:pPr>
              <w:spacing w:before="100" w:after="40"/>
            </w:pPr>
          </w:p>
        </w:tc>
      </w:tr>
      <w:tr w:rsidR="00886BF4" w14:paraId="53145870" w14:textId="77777777" w:rsidTr="00BA6CD5">
        <w:trPr>
          <w:trHeight w:val="711"/>
        </w:trPr>
        <w:tc>
          <w:tcPr>
            <w:tcW w:w="456" w:type="dxa"/>
          </w:tcPr>
          <w:p w14:paraId="352416C6" w14:textId="77777777" w:rsidR="00886BF4" w:rsidRDefault="00886BF4">
            <w:pPr>
              <w:spacing w:before="100" w:after="40"/>
            </w:pPr>
          </w:p>
        </w:tc>
        <w:tc>
          <w:tcPr>
            <w:tcW w:w="4961" w:type="dxa"/>
          </w:tcPr>
          <w:p w14:paraId="448A78AE" w14:textId="77777777" w:rsidR="00886BF4" w:rsidRDefault="00886BF4">
            <w:pPr>
              <w:spacing w:before="100" w:after="40"/>
            </w:pPr>
          </w:p>
        </w:tc>
        <w:tc>
          <w:tcPr>
            <w:tcW w:w="697" w:type="dxa"/>
          </w:tcPr>
          <w:p w14:paraId="0F448162" w14:textId="77777777" w:rsidR="00886BF4" w:rsidRDefault="00886BF4">
            <w:pPr>
              <w:spacing w:before="100" w:after="40"/>
            </w:pPr>
          </w:p>
        </w:tc>
        <w:tc>
          <w:tcPr>
            <w:tcW w:w="4133" w:type="dxa"/>
          </w:tcPr>
          <w:p w14:paraId="52243BBB" w14:textId="77777777" w:rsidR="00886BF4" w:rsidRDefault="00886BF4">
            <w:pPr>
              <w:spacing w:before="100" w:after="40"/>
            </w:pPr>
          </w:p>
        </w:tc>
      </w:tr>
      <w:tr w:rsidR="00886BF4" w14:paraId="7D1E013D" w14:textId="77777777" w:rsidTr="00BA6CD5">
        <w:trPr>
          <w:trHeight w:val="679"/>
        </w:trPr>
        <w:tc>
          <w:tcPr>
            <w:tcW w:w="456" w:type="dxa"/>
          </w:tcPr>
          <w:p w14:paraId="4E91A2EB" w14:textId="77777777" w:rsidR="00886BF4" w:rsidRDefault="00886BF4">
            <w:pPr>
              <w:spacing w:before="100" w:after="40"/>
            </w:pPr>
          </w:p>
        </w:tc>
        <w:tc>
          <w:tcPr>
            <w:tcW w:w="4961" w:type="dxa"/>
          </w:tcPr>
          <w:p w14:paraId="4423F03B" w14:textId="77777777" w:rsidR="00886BF4" w:rsidRDefault="00886BF4">
            <w:pPr>
              <w:spacing w:before="100" w:after="40"/>
            </w:pPr>
          </w:p>
        </w:tc>
        <w:tc>
          <w:tcPr>
            <w:tcW w:w="697" w:type="dxa"/>
          </w:tcPr>
          <w:p w14:paraId="31C3DFA0" w14:textId="77777777" w:rsidR="00886BF4" w:rsidRDefault="00886BF4">
            <w:pPr>
              <w:spacing w:before="100" w:after="40"/>
            </w:pPr>
          </w:p>
        </w:tc>
        <w:tc>
          <w:tcPr>
            <w:tcW w:w="4133" w:type="dxa"/>
          </w:tcPr>
          <w:p w14:paraId="4266CEF2" w14:textId="77777777" w:rsidR="00886BF4" w:rsidRDefault="00886BF4">
            <w:pPr>
              <w:spacing w:before="100" w:after="40"/>
            </w:pPr>
          </w:p>
        </w:tc>
      </w:tr>
      <w:tr w:rsidR="00886BF4" w14:paraId="51387E8B" w14:textId="77777777" w:rsidTr="00BA6CD5">
        <w:trPr>
          <w:trHeight w:val="715"/>
        </w:trPr>
        <w:tc>
          <w:tcPr>
            <w:tcW w:w="456" w:type="dxa"/>
          </w:tcPr>
          <w:p w14:paraId="03226D83" w14:textId="77777777" w:rsidR="00886BF4" w:rsidRDefault="00886BF4">
            <w:pPr>
              <w:spacing w:before="100" w:after="40"/>
            </w:pPr>
          </w:p>
        </w:tc>
        <w:tc>
          <w:tcPr>
            <w:tcW w:w="4961" w:type="dxa"/>
          </w:tcPr>
          <w:p w14:paraId="5ACFE0E0" w14:textId="77777777" w:rsidR="00886BF4" w:rsidRDefault="00886BF4">
            <w:pPr>
              <w:spacing w:before="100" w:after="40"/>
            </w:pPr>
          </w:p>
        </w:tc>
        <w:tc>
          <w:tcPr>
            <w:tcW w:w="697" w:type="dxa"/>
          </w:tcPr>
          <w:p w14:paraId="73F2EA9C" w14:textId="77777777" w:rsidR="00886BF4" w:rsidRDefault="00886BF4">
            <w:pPr>
              <w:spacing w:before="100" w:after="40"/>
            </w:pPr>
          </w:p>
        </w:tc>
        <w:tc>
          <w:tcPr>
            <w:tcW w:w="4133" w:type="dxa"/>
          </w:tcPr>
          <w:p w14:paraId="491F4F78" w14:textId="77777777" w:rsidR="00886BF4" w:rsidRDefault="00886BF4">
            <w:pPr>
              <w:spacing w:before="100" w:after="40"/>
            </w:pPr>
          </w:p>
        </w:tc>
      </w:tr>
    </w:tbl>
    <w:p w14:paraId="6BC47E1B" w14:textId="77777777" w:rsidR="00886BF4" w:rsidRDefault="00886BF4">
      <w:pPr>
        <w:spacing w:before="100" w:after="40"/>
      </w:pPr>
    </w:p>
    <w:p w14:paraId="1B2E0597" w14:textId="77777777" w:rsidR="000B523D" w:rsidRDefault="00000000" w:rsidP="00886BF4">
      <w:pPr>
        <w:spacing w:before="100" w:after="40" w:line="240" w:lineRule="auto"/>
      </w:pPr>
      <w:r>
        <w:rPr>
          <w:b/>
          <w:color w:val="141414"/>
          <w:sz w:val="21"/>
        </w:rPr>
        <w:t>3. Banko informacija pinigų grąžinimui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4"/>
        <w:gridCol w:w="6262"/>
      </w:tblGrid>
      <w:tr w:rsidR="000B523D" w14:paraId="11F73BD0" w14:textId="77777777" w:rsidTr="00BA6CD5">
        <w:trPr>
          <w:trHeight w:val="460"/>
          <w:jc w:val="center"/>
        </w:trPr>
        <w:tc>
          <w:tcPr>
            <w:tcW w:w="4134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4F993703" w14:textId="3A88FF70" w:rsidR="000B523D" w:rsidRPr="00886BF4" w:rsidRDefault="00886BF4" w:rsidP="00BA6CD5">
            <w:pPr>
              <w:jc w:val="center"/>
              <w:rPr>
                <w:lang w:val="lt-LT"/>
              </w:rPr>
            </w:pPr>
            <w:r>
              <w:rPr>
                <w:b/>
                <w:sz w:val="17"/>
              </w:rPr>
              <w:t>Gav</w:t>
            </w:r>
            <w:r>
              <w:rPr>
                <w:b/>
                <w:sz w:val="17"/>
                <w:lang w:val="lt-LT"/>
              </w:rPr>
              <w:t>ėjo vardas pavardė</w:t>
            </w:r>
          </w:p>
        </w:tc>
        <w:tc>
          <w:tcPr>
            <w:tcW w:w="6262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43E06108" w14:textId="77777777" w:rsidR="000B523D" w:rsidRDefault="000B523D"/>
        </w:tc>
      </w:tr>
      <w:tr w:rsidR="000B523D" w14:paraId="38999E9E" w14:textId="77777777" w:rsidTr="00BA6CD5">
        <w:trPr>
          <w:trHeight w:val="460"/>
          <w:jc w:val="center"/>
        </w:trPr>
        <w:tc>
          <w:tcPr>
            <w:tcW w:w="4134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54BE4E1D" w14:textId="74923165" w:rsidR="000B523D" w:rsidRDefault="00886BF4" w:rsidP="00BA6CD5">
            <w:pPr>
              <w:jc w:val="center"/>
            </w:pPr>
            <w:r>
              <w:rPr>
                <w:b/>
                <w:sz w:val="17"/>
              </w:rPr>
              <w:t xml:space="preserve">Banko </w:t>
            </w:r>
            <w:proofErr w:type="spellStart"/>
            <w:r>
              <w:rPr>
                <w:b/>
                <w:sz w:val="17"/>
              </w:rPr>
              <w:t>sąskaita</w:t>
            </w:r>
            <w:proofErr w:type="spellEnd"/>
            <w:r>
              <w:rPr>
                <w:b/>
                <w:sz w:val="17"/>
              </w:rPr>
              <w:t xml:space="preserve"> (IBAN)</w:t>
            </w:r>
          </w:p>
        </w:tc>
        <w:tc>
          <w:tcPr>
            <w:tcW w:w="6262" w:type="dxa"/>
            <w:tcMar>
              <w:top w:w="50" w:type="dxa"/>
              <w:left w:w="70" w:type="dxa"/>
              <w:bottom w:w="50" w:type="dxa"/>
              <w:right w:w="70" w:type="dxa"/>
            </w:tcMar>
            <w:vAlign w:val="center"/>
          </w:tcPr>
          <w:p w14:paraId="23C7872D" w14:textId="77777777" w:rsidR="000B523D" w:rsidRDefault="000B523D"/>
        </w:tc>
      </w:tr>
    </w:tbl>
    <w:p w14:paraId="6C868417" w14:textId="14DEBA96" w:rsidR="000B523D" w:rsidRDefault="00886BF4">
      <w:pPr>
        <w:spacing w:before="100" w:after="40"/>
      </w:pPr>
      <w:r>
        <w:rPr>
          <w:b/>
          <w:color w:val="141414"/>
          <w:sz w:val="21"/>
          <w:lang w:val="en-GB"/>
        </w:rPr>
        <w:t>4</w:t>
      </w:r>
      <w:r w:rsidR="00000000">
        <w:rPr>
          <w:b/>
          <w:color w:val="141414"/>
          <w:sz w:val="21"/>
        </w:rPr>
        <w:t>. Kur siųsti grąžinamą prekę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56"/>
      </w:tblGrid>
      <w:tr w:rsidR="000B523D" w14:paraId="08EED800" w14:textId="77777777" w:rsidTr="00BA6CD5">
        <w:trPr>
          <w:jc w:val="center"/>
        </w:trPr>
        <w:tc>
          <w:tcPr>
            <w:tcW w:w="10656" w:type="dxa"/>
            <w:tcMar>
              <w:top w:w="65" w:type="dxa"/>
              <w:left w:w="85" w:type="dxa"/>
              <w:bottom w:w="65" w:type="dxa"/>
              <w:right w:w="85" w:type="dxa"/>
            </w:tcMar>
          </w:tcPr>
          <w:p w14:paraId="7F864CA1" w14:textId="7C32104E" w:rsidR="000B523D" w:rsidRDefault="00000000">
            <w:pPr>
              <w:spacing w:after="0"/>
            </w:pPr>
            <w:proofErr w:type="spellStart"/>
            <w:r>
              <w:rPr>
                <w:sz w:val="17"/>
              </w:rPr>
              <w:t>Gavėjas</w:t>
            </w:r>
            <w:proofErr w:type="spellEnd"/>
            <w:r>
              <w:rPr>
                <w:sz w:val="17"/>
              </w:rPr>
              <w:t xml:space="preserve">: </w:t>
            </w:r>
            <w:r w:rsidR="001D3810">
              <w:rPr>
                <w:sz w:val="17"/>
              </w:rPr>
              <w:t>MB Movan</w:t>
            </w:r>
            <w:r w:rsidR="001D3810">
              <w:rPr>
                <w:sz w:val="17"/>
              </w:rPr>
              <w:br/>
            </w:r>
            <w:r w:rsidR="001D3810" w:rsidRPr="001D3810">
              <w:t>Tel. nr</w:t>
            </w:r>
            <w:proofErr w:type="gramStart"/>
            <w:r w:rsidR="001D3810" w:rsidRPr="001D3810">
              <w:t>.</w:t>
            </w:r>
            <w:r w:rsidR="001D3810">
              <w:t xml:space="preserve"> :</w:t>
            </w:r>
            <w:proofErr w:type="gramEnd"/>
            <w:r w:rsidR="001D3810">
              <w:t xml:space="preserve"> +37069989013</w:t>
            </w:r>
          </w:p>
          <w:p w14:paraId="12D93BDA" w14:textId="2AE2188B" w:rsidR="001D3810" w:rsidRPr="001D3810" w:rsidRDefault="00000000">
            <w:pPr>
              <w:spacing w:after="0"/>
              <w:rPr>
                <w:sz w:val="17"/>
                <w:lang w:val="en-GB"/>
              </w:rPr>
            </w:pPr>
            <w:proofErr w:type="spellStart"/>
            <w:r>
              <w:rPr>
                <w:sz w:val="17"/>
              </w:rPr>
              <w:t>Adresas</w:t>
            </w:r>
            <w:proofErr w:type="spellEnd"/>
            <w:r w:rsidR="001D3810">
              <w:rPr>
                <w:sz w:val="17"/>
              </w:rPr>
              <w:t xml:space="preserve">: </w:t>
            </w:r>
            <w:proofErr w:type="spellStart"/>
            <w:r w:rsidR="001D3810">
              <w:rPr>
                <w:sz w:val="17"/>
              </w:rPr>
              <w:t>Sniego</w:t>
            </w:r>
            <w:proofErr w:type="spellEnd"/>
            <w:r w:rsidR="001D3810">
              <w:rPr>
                <w:sz w:val="17"/>
              </w:rPr>
              <w:t xml:space="preserve"> g, </w:t>
            </w:r>
            <w:r w:rsidR="001D3810">
              <w:rPr>
                <w:sz w:val="17"/>
                <w:lang w:val="en-GB"/>
              </w:rPr>
              <w:t xml:space="preserve">10, 92342, </w:t>
            </w:r>
            <w:proofErr w:type="spellStart"/>
            <w:r w:rsidR="001D3810">
              <w:rPr>
                <w:sz w:val="17"/>
                <w:lang w:val="en-GB"/>
              </w:rPr>
              <w:t>Slengiai</w:t>
            </w:r>
            <w:proofErr w:type="spellEnd"/>
            <w:r w:rsidR="001D3810">
              <w:rPr>
                <w:sz w:val="17"/>
                <w:lang w:val="en-GB"/>
              </w:rPr>
              <w:t xml:space="preserve">, </w:t>
            </w:r>
            <w:proofErr w:type="spellStart"/>
            <w:r w:rsidR="001D3810">
              <w:rPr>
                <w:sz w:val="17"/>
                <w:lang w:val="en-GB"/>
              </w:rPr>
              <w:t>Klaipėdos</w:t>
            </w:r>
            <w:proofErr w:type="spellEnd"/>
            <w:r w:rsidR="001D3810">
              <w:rPr>
                <w:sz w:val="17"/>
                <w:lang w:val="en-GB"/>
              </w:rPr>
              <w:t xml:space="preserve"> raj. </w:t>
            </w:r>
          </w:p>
          <w:p w14:paraId="4E537AD6" w14:textId="46ED77C5" w:rsidR="001D3810" w:rsidRDefault="001D3810">
            <w:pPr>
              <w:spacing w:after="0"/>
              <w:rPr>
                <w:sz w:val="17"/>
              </w:rPr>
            </w:pPr>
            <w:r>
              <w:rPr>
                <w:sz w:val="17"/>
              </w:rPr>
              <w:t>Arba</w:t>
            </w:r>
          </w:p>
          <w:p w14:paraId="036CA182" w14:textId="77777777" w:rsidR="001D3810" w:rsidRDefault="001D3810">
            <w:pPr>
              <w:spacing w:after="0"/>
              <w:rPr>
                <w:sz w:val="17"/>
              </w:rPr>
            </w:pPr>
            <w:proofErr w:type="spellStart"/>
            <w:r>
              <w:rPr>
                <w:sz w:val="17"/>
              </w:rPr>
              <w:t>P</w:t>
            </w:r>
            <w:r w:rsidR="00000000">
              <w:rPr>
                <w:sz w:val="17"/>
              </w:rPr>
              <w:t>aštomatas</w:t>
            </w:r>
            <w:proofErr w:type="spellEnd"/>
            <w:r w:rsidR="00000000">
              <w:rPr>
                <w:sz w:val="17"/>
              </w:rPr>
              <w:t>:</w:t>
            </w:r>
            <w:r>
              <w:rPr>
                <w:sz w:val="17"/>
              </w:rPr>
              <w:t xml:space="preserve"> </w:t>
            </w:r>
          </w:p>
          <w:p w14:paraId="723F3B36" w14:textId="3B0DD210" w:rsidR="001D3810" w:rsidRDefault="001D3810">
            <w:pPr>
              <w:spacing w:after="0"/>
              <w:rPr>
                <w:sz w:val="17"/>
              </w:rPr>
            </w:pPr>
            <w:r>
              <w:rPr>
                <w:sz w:val="17"/>
              </w:rPr>
              <w:t xml:space="preserve">DPD: </w:t>
            </w:r>
            <w:proofErr w:type="spellStart"/>
            <w:r w:rsidRPr="001D3810">
              <w:rPr>
                <w:sz w:val="17"/>
              </w:rPr>
              <w:t>Slengių</w:t>
            </w:r>
            <w:proofErr w:type="spellEnd"/>
            <w:r w:rsidRPr="001D3810">
              <w:rPr>
                <w:sz w:val="17"/>
              </w:rPr>
              <w:t xml:space="preserve"> Rimi DPD </w:t>
            </w:r>
            <w:proofErr w:type="spellStart"/>
            <w:r w:rsidRPr="001D3810">
              <w:rPr>
                <w:sz w:val="17"/>
              </w:rPr>
              <w:t>paštomatas</w:t>
            </w:r>
            <w:proofErr w:type="spellEnd"/>
            <w:r w:rsidRPr="001D3810">
              <w:rPr>
                <w:sz w:val="17"/>
              </w:rPr>
              <w:t xml:space="preserve"> 108</w:t>
            </w:r>
            <w:r>
              <w:rPr>
                <w:sz w:val="17"/>
              </w:rPr>
              <w:t xml:space="preserve">, </w:t>
            </w:r>
            <w:proofErr w:type="spellStart"/>
            <w:r w:rsidRPr="001D3810">
              <w:rPr>
                <w:sz w:val="17"/>
              </w:rPr>
              <w:t>Dangaus</w:t>
            </w:r>
            <w:proofErr w:type="spellEnd"/>
            <w:r w:rsidRPr="001D3810">
              <w:rPr>
                <w:sz w:val="17"/>
              </w:rPr>
              <w:t xml:space="preserve"> g. 34</w:t>
            </w:r>
            <w:r>
              <w:rPr>
                <w:sz w:val="17"/>
              </w:rPr>
              <w:t xml:space="preserve">, </w:t>
            </w:r>
            <w:proofErr w:type="spellStart"/>
            <w:r>
              <w:rPr>
                <w:sz w:val="17"/>
              </w:rPr>
              <w:t>Slengiai</w:t>
            </w:r>
            <w:proofErr w:type="spellEnd"/>
          </w:p>
          <w:p w14:paraId="3F668378" w14:textId="247D8103" w:rsidR="001D3810" w:rsidRDefault="001D3810">
            <w:pPr>
              <w:spacing w:after="0"/>
              <w:rPr>
                <w:sz w:val="17"/>
              </w:rPr>
            </w:pPr>
            <w:proofErr w:type="spellStart"/>
            <w:r>
              <w:rPr>
                <w:sz w:val="17"/>
              </w:rPr>
              <w:t>Omniva</w:t>
            </w:r>
            <w:proofErr w:type="spellEnd"/>
            <w:r>
              <w:rPr>
                <w:sz w:val="17"/>
              </w:rPr>
              <w:t xml:space="preserve">: </w:t>
            </w:r>
            <w:proofErr w:type="spellStart"/>
            <w:r w:rsidRPr="001D3810">
              <w:rPr>
                <w:sz w:val="17"/>
              </w:rPr>
              <w:t>Klaipėdos</w:t>
            </w:r>
            <w:proofErr w:type="spellEnd"/>
            <w:r w:rsidRPr="001D3810">
              <w:rPr>
                <w:sz w:val="17"/>
              </w:rPr>
              <w:t xml:space="preserve"> </w:t>
            </w:r>
            <w:proofErr w:type="spellStart"/>
            <w:r w:rsidRPr="001D3810">
              <w:rPr>
                <w:sz w:val="17"/>
              </w:rPr>
              <w:t>Slengių</w:t>
            </w:r>
            <w:proofErr w:type="spellEnd"/>
            <w:r w:rsidRPr="001D3810">
              <w:rPr>
                <w:sz w:val="17"/>
              </w:rPr>
              <w:t xml:space="preserve"> RIMI </w:t>
            </w:r>
            <w:proofErr w:type="spellStart"/>
            <w:r w:rsidRPr="001D3810">
              <w:rPr>
                <w:sz w:val="17"/>
              </w:rPr>
              <w:t>paštomatas</w:t>
            </w:r>
            <w:proofErr w:type="spellEnd"/>
            <w:r>
              <w:rPr>
                <w:sz w:val="17"/>
              </w:rPr>
              <w:t xml:space="preserve">, </w:t>
            </w:r>
            <w:proofErr w:type="spellStart"/>
            <w:r w:rsidRPr="001D3810">
              <w:rPr>
                <w:sz w:val="17"/>
              </w:rPr>
              <w:t>Dangaus</w:t>
            </w:r>
            <w:proofErr w:type="spellEnd"/>
            <w:r w:rsidRPr="001D3810">
              <w:rPr>
                <w:sz w:val="17"/>
              </w:rPr>
              <w:t xml:space="preserve"> g. 34</w:t>
            </w:r>
            <w:r>
              <w:rPr>
                <w:sz w:val="17"/>
              </w:rPr>
              <w:t xml:space="preserve">, </w:t>
            </w:r>
            <w:proofErr w:type="spellStart"/>
            <w:r>
              <w:rPr>
                <w:sz w:val="17"/>
              </w:rPr>
              <w:t>Slengiai</w:t>
            </w:r>
            <w:proofErr w:type="spellEnd"/>
          </w:p>
          <w:p w14:paraId="749B67ED" w14:textId="228E8CE5" w:rsidR="000B523D" w:rsidRPr="001D3810" w:rsidRDefault="001D3810">
            <w:pPr>
              <w:spacing w:after="0"/>
              <w:rPr>
                <w:sz w:val="17"/>
              </w:rPr>
            </w:pPr>
            <w:r>
              <w:rPr>
                <w:sz w:val="17"/>
              </w:rPr>
              <w:t xml:space="preserve">LP Express: </w:t>
            </w:r>
            <w:r w:rsidRPr="001D3810">
              <w:rPr>
                <w:sz w:val="17"/>
                <w:lang w:val="lt-LT"/>
              </w:rPr>
              <w:t xml:space="preserve">Rimi </w:t>
            </w:r>
            <w:proofErr w:type="spellStart"/>
            <w:r w:rsidRPr="001D3810">
              <w:rPr>
                <w:sz w:val="17"/>
                <w:lang w:val="lt-LT"/>
              </w:rPr>
              <w:t>Slengiai</w:t>
            </w:r>
            <w:proofErr w:type="spellEnd"/>
            <w:r w:rsidRPr="001D3810">
              <w:rPr>
                <w:sz w:val="17"/>
                <w:lang w:val="lt-LT"/>
              </w:rPr>
              <w:t xml:space="preserve"> Paštomatas</w:t>
            </w:r>
            <w:r>
              <w:rPr>
                <w:sz w:val="17"/>
                <w:lang w:val="lt-LT"/>
              </w:rPr>
              <w:t xml:space="preserve">, </w:t>
            </w:r>
            <w:proofErr w:type="spellStart"/>
            <w:r w:rsidRPr="001D3810">
              <w:rPr>
                <w:sz w:val="17"/>
              </w:rPr>
              <w:t>Dangaus</w:t>
            </w:r>
            <w:proofErr w:type="spellEnd"/>
            <w:r w:rsidRPr="001D3810">
              <w:rPr>
                <w:sz w:val="17"/>
              </w:rPr>
              <w:t xml:space="preserve"> g. 34</w:t>
            </w:r>
            <w:r>
              <w:rPr>
                <w:sz w:val="17"/>
              </w:rPr>
              <w:t xml:space="preserve">, </w:t>
            </w:r>
            <w:proofErr w:type="spellStart"/>
            <w:r>
              <w:rPr>
                <w:sz w:val="17"/>
              </w:rPr>
              <w:t>Slengiai</w:t>
            </w:r>
            <w:proofErr w:type="spellEnd"/>
          </w:p>
        </w:tc>
      </w:tr>
    </w:tbl>
    <w:p w14:paraId="122210BA" w14:textId="1F18A6FF" w:rsidR="000B523D" w:rsidRDefault="000B523D">
      <w:pPr>
        <w:spacing w:before="60"/>
        <w:jc w:val="center"/>
      </w:pPr>
    </w:p>
    <w:sectPr w:rsidR="000B523D" w:rsidSect="00034616">
      <w:pgSz w:w="12240" w:h="15840"/>
      <w:pgMar w:top="547" w:right="792" w:bottom="504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9901950">
    <w:abstractNumId w:val="8"/>
  </w:num>
  <w:num w:numId="2" w16cid:durableId="572588780">
    <w:abstractNumId w:val="6"/>
  </w:num>
  <w:num w:numId="3" w16cid:durableId="2112242319">
    <w:abstractNumId w:val="5"/>
  </w:num>
  <w:num w:numId="4" w16cid:durableId="1891073654">
    <w:abstractNumId w:val="4"/>
  </w:num>
  <w:num w:numId="5" w16cid:durableId="1789354957">
    <w:abstractNumId w:val="7"/>
  </w:num>
  <w:num w:numId="6" w16cid:durableId="1378434674">
    <w:abstractNumId w:val="3"/>
  </w:num>
  <w:num w:numId="7" w16cid:durableId="1527207220">
    <w:abstractNumId w:val="2"/>
  </w:num>
  <w:num w:numId="8" w16cid:durableId="1271088020">
    <w:abstractNumId w:val="1"/>
  </w:num>
  <w:num w:numId="9" w16cid:durableId="1566799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523D"/>
    <w:rsid w:val="0015074B"/>
    <w:rsid w:val="001D3810"/>
    <w:rsid w:val="0029639D"/>
    <w:rsid w:val="00326F90"/>
    <w:rsid w:val="00707571"/>
    <w:rsid w:val="00886BF4"/>
    <w:rsid w:val="00AA1D8D"/>
    <w:rsid w:val="00B47730"/>
    <w:rsid w:val="00BA6CD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EAD235"/>
  <w14:defaultImageDpi w14:val="300"/>
  <w15:docId w15:val="{7CB3D787-D1EC-4CE0-B4DE-616E8E8F6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86BF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6B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478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MB Movan</cp:lastModifiedBy>
  <cp:revision>2</cp:revision>
  <dcterms:created xsi:type="dcterms:W3CDTF">2013-12-23T23:15:00Z</dcterms:created>
  <dcterms:modified xsi:type="dcterms:W3CDTF">2026-05-12T15:31:00Z</dcterms:modified>
  <cp:category/>
</cp:coreProperties>
</file>